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41"/>
        <w:gridCol w:w="5641"/>
      </w:tblGrid>
      <w:tr>
        <w:tc>
          <w:tcPr>
            <w:tcW w:type="dxa" w:w="5556"/>
            <w:tcBorders>
              <w:top w:val="nil"/>
              <w:left w:val="nil"/>
              <w:bottom w:val="nil"/>
              <w:right w:val="nil"/>
            </w:tcBorders>
            <w:vAlign w:val="top"/>
          </w:tcPr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778"/>
              <w:gridCol w:w="2778"/>
            </w:tblGrid>
            <w:tr>
              <w:tc>
                <w:tcPr>
                  <w:tcW w:type="dxa" w:w="283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  <w:tbl>
                  <w:tblPr>
                    <w:tblW w:type="auto" w:w="0"/>
                    <w:jc w:val="left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2835"/>
                  </w:tblGrid>
                  <w:tr>
                    <w:tc>
                      <w:tcPr>
                        <w:tcW w:type="dxa" w:w="2494"/>
                        <w:tcBorders>
                          <w:top w:val="single" w:sz="12" w:color="000000"/>
                          <w:left w:val="single" w:sz="12" w:color="000000"/>
                          <w:bottom w:val="single" w:sz="12" w:color="000000"/>
                          <w:right w:val="single" w:sz="12" w:color="000000"/>
                        </w:tcBorders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sz w:val="40"/>
                          </w:rPr>
                          <w:t>MEBLITOS</w:t>
                        </w:r>
                      </w:p>
                      <w:p>
                        <w:pPr>
                          <w:spacing w:before="0" w:after="0"/>
                          <w:jc w:val="center"/>
                        </w:pPr>
                        <w:r>
                          <w:rPr>
                            <w:rFonts w:ascii="Arial" w:hAnsi="Arial" w:eastAsia="Arial"/>
                            <w:b/>
                            <w:sz w:val="10"/>
                          </w:rPr>
                          <w:t>Płyty • Blaty • Cięcie • Oklejanie • Akcesoria meblowe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260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hAnsi="Arial" w:eastAsia="Arial"/>
                      <w:b/>
                      <w:sz w:val="12"/>
                    </w:rPr>
                    <w:t>MEBLITOS sp. z o.o.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hAnsi="Arial" w:eastAsia="Arial"/>
                      <w:b w:val="0"/>
                      <w:sz w:val="12"/>
                    </w:rPr>
                    <w:t>Punkt sprzedaży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hAnsi="Arial" w:eastAsia="Arial"/>
                      <w:b w:val="0"/>
                      <w:sz w:val="12"/>
                    </w:rPr>
                    <w:t>ul. Widuchowska 79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hAnsi="Arial" w:eastAsia="Arial"/>
                      <w:b w:val="0"/>
                      <w:sz w:val="12"/>
                    </w:rPr>
                    <w:t>28-100 Busko-Zdrój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hAnsi="Arial" w:eastAsia="Arial"/>
                      <w:b w:val="0"/>
                      <w:sz w:val="12"/>
                    </w:rPr>
                    <w:t>tel.: 41 242 10 88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hAnsi="Arial" w:eastAsia="Arial"/>
                      <w:b w:val="0"/>
                      <w:sz w:val="12"/>
                    </w:rPr>
                    <w:t>zamowienia@meblitos.pl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hAnsi="Arial" w:eastAsia="Arial"/>
                      <w:b w:val="0"/>
                      <w:sz w:val="12"/>
                    </w:rPr>
                    <w:t>www.meblitos.pl</w:t>
                  </w:r>
                </w:p>
              </w:tc>
            </w:tr>
          </w:tbl>
          <w:p/>
          <w:p>
            <w:pPr>
              <w:spacing w:before="40" w:after="0"/>
            </w:pPr>
            <w:r>
              <w:rPr>
                <w:rFonts w:ascii="Arial" w:hAnsi="Arial" w:eastAsia="Arial"/>
                <w:b w:val="0"/>
                <w:sz w:val="12"/>
              </w:rPr>
              <w:t>Min. Wymiary oklejania 70 mm</w:t>
            </w:r>
          </w:p>
          <w:p>
            <w:pPr>
              <w:spacing w:before="40" w:after="0"/>
            </w:pPr>
            <w:r>
              <w:rPr>
                <w:rFonts w:ascii="Arial" w:hAnsi="Arial" w:eastAsia="Arial"/>
                <w:b w:val="0"/>
                <w:sz w:val="12"/>
              </w:rPr>
              <w:t>Max. Wymiary oklejania 2768mm x 2038 mm</w:t>
            </w:r>
          </w:p>
          <w:p>
            <w:pPr>
              <w:spacing w:before="40" w:after="0"/>
            </w:pPr>
            <w:r>
              <w:rPr>
                <w:rFonts w:ascii="Arial" w:hAnsi="Arial" w:eastAsia="Arial"/>
                <w:b w:val="0"/>
                <w:sz w:val="12"/>
              </w:rPr>
              <w:t>Pierwszy wymiar wzdłuż słoi - wymiary w milimetrach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1852"/>
              <w:gridCol w:w="1852"/>
              <w:gridCol w:w="1852"/>
            </w:tblGrid>
            <w:tr>
              <w:trPr>
                <w:trHeight w:val="255" w:hRule="exact"/>
              </w:trPr>
              <w:tc>
                <w:tcPr>
                  <w:tcW w:type="dxa" w:w="5555"/>
                  <w:gridSpan w:val="3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rial" w:hAnsi="Arial" w:eastAsia="Arial"/>
                      <w:b w:val="0"/>
                      <w:sz w:val="10"/>
                    </w:rPr>
                    <w:t>Dekor/nazwa płyty</w:t>
                  </w:r>
                </w:p>
              </w:tc>
            </w:tr>
            <w:tr>
              <w:trPr>
                <w:trHeight w:val="255" w:hRule="exact"/>
              </w:trPr>
              <w:tc>
                <w:tcPr>
                  <w:tcW w:type="dxa" w:w="1852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rial" w:hAnsi="Arial" w:eastAsia="Arial"/>
                      <w:b w:val="0"/>
                      <w:sz w:val="10"/>
                    </w:rPr>
                    <w:t>Struktura płyty</w:t>
                  </w:r>
                </w:p>
              </w:tc>
              <w:tc>
                <w:tcPr>
                  <w:tcW w:type="dxa" w:w="1852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rial" w:hAnsi="Arial" w:eastAsia="Arial"/>
                      <w:b w:val="0"/>
                      <w:sz w:val="10"/>
                    </w:rPr>
                  </w:r>
                </w:p>
              </w:tc>
              <w:tc>
                <w:tcPr>
                  <w:tcW w:type="dxa" w:w="1852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left"/>
                  </w:pPr>
                  <w:r/>
                  <w:r>
                    <w:rPr>
                      <w:rFonts w:ascii="Arial" w:hAnsi="Arial" w:eastAsia="Arial"/>
                      <w:b w:val="0"/>
                      <w:sz w:val="10"/>
                    </w:rPr>
                    <w:t>Grubość obrzeża</w:t>
                  </w:r>
                </w:p>
              </w:tc>
            </w:tr>
          </w:tbl>
          <w:p/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794"/>
              <w:gridCol w:w="794"/>
              <w:gridCol w:w="794"/>
              <w:gridCol w:w="794"/>
              <w:gridCol w:w="794"/>
              <w:gridCol w:w="794"/>
              <w:gridCol w:w="794"/>
            </w:tblGrid>
            <w:tr>
              <w:trPr>
                <w:tblHeader w:val="true"/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L.P.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PCV</w:t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Długość</w:t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PCV</w:t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Szerokość</w:t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Ilość</w:t>
                    <w:br/>
                    <w:t>sztuk</w:t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5.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6.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7.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8.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9.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10.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11.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12.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13.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14.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15.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16.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17.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18.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19.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20.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21.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22.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23.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23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24.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</w:tbl>
          <w:p/>
          <w:p>
            <w:pPr>
              <w:spacing w:before="360" w:after="0"/>
              <w:jc w:val="center"/>
            </w:pPr>
            <w:r>
              <w:rPr>
                <w:rFonts w:ascii="Arial" w:hAnsi="Arial" w:eastAsia="Arial"/>
                <w:b/>
                <w:sz w:val="14"/>
              </w:rPr>
              <w:t>UWAGI I RYSUNKI NA ODWROCIE</w:t>
            </w:r>
          </w:p>
        </w:tc>
        <w:tc>
          <w:tcPr>
            <w:tcW w:type="dxa" w:w="5556"/>
            <w:tcBorders>
              <w:top w:val="nil"/>
              <w:left w:val="nil"/>
              <w:bottom w:val="nil"/>
              <w:right w:val="nil"/>
            </w:tcBorders>
            <w:vAlign w:val="top"/>
          </w:tcPr>
          <w:p/>
          <w:p>
            <w:pPr>
              <w:spacing w:before="0" w:after="160"/>
              <w:jc w:val="center"/>
            </w:pPr>
            <w:r>
              <w:rPr>
                <w:rFonts w:ascii="Arial" w:hAnsi="Arial" w:eastAsia="Arial"/>
                <w:b/>
                <w:sz w:val="18"/>
              </w:rPr>
              <w:t>DANE ZAMAWIAJĄCEGO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sz w:val="11"/>
              </w:rPr>
              <w:t>Imię i nazwisko:</w:t>
            </w:r>
          </w:p>
          <w:p>
            <w:pPr>
              <w:spacing w:before="0" w:after="120"/>
            </w:pPr>
            <w:r>
              <w:rPr>
                <w:rFonts w:ascii="Arial" w:hAnsi="Arial" w:eastAsia="Arial"/>
                <w:b w:val="0"/>
                <w:sz w:val="14"/>
              </w:rPr>
              <w:t>_____________________________________________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sz w:val="11"/>
              </w:rPr>
              <w:t>Tel. kontaktowy:</w:t>
            </w:r>
          </w:p>
          <w:p>
            <w:pPr>
              <w:spacing w:before="0" w:after="120"/>
            </w:pPr>
            <w:r>
              <w:rPr>
                <w:rFonts w:ascii="Arial" w:hAnsi="Arial" w:eastAsia="Arial"/>
                <w:b w:val="0"/>
                <w:sz w:val="14"/>
              </w:rPr>
              <w:t>_____________________________________________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sz w:val="11"/>
              </w:rPr>
              <w:t>NIP:</w:t>
            </w:r>
          </w:p>
          <w:p>
            <w:pPr>
              <w:spacing w:before="0" w:after="120"/>
            </w:pPr>
            <w:r>
              <w:rPr>
                <w:rFonts w:ascii="Arial" w:hAnsi="Arial" w:eastAsia="Arial"/>
                <w:b w:val="0"/>
                <w:sz w:val="14"/>
              </w:rPr>
              <w:t>_____________________________________________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794"/>
              <w:gridCol w:w="794"/>
              <w:gridCol w:w="794"/>
              <w:gridCol w:w="794"/>
              <w:gridCol w:w="794"/>
              <w:gridCol w:w="794"/>
              <w:gridCol w:w="794"/>
            </w:tblGrid>
            <w:tr>
              <w:trPr>
                <w:tblHeader w:val="true"/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L.P.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PCV</w:t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Długość</w:t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PCV</w:t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Szerokość</w:t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sz w:val="12"/>
                    </w:rPr>
                    <w:t>Ilość</w:t>
                    <w:br/>
                    <w:t>sztuk</w:t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25.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26.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27.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28.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29.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30.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31.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32.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33.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34.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35.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36.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37.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38.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39.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40.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41.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42.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43.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44.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45.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  <w:tr>
              <w:trPr>
                <w:trHeight w:val="340" w:hRule="exact"/>
              </w:trPr>
              <w:tc>
                <w:tcPr>
                  <w:tcW w:type="dxa" w:w="396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  <w:t>46.</w:t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425"/>
                  <w:vAlign w:val="center"/>
                  <w:shd w:fill="D9D9D9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1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1530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  <w:tc>
                <w:tcPr>
                  <w:tcW w:type="dxa" w:w="567"/>
                  <w:vAlign w:val="center"/>
                  <w:tcBorders>
                    <w:top w:val="single" w:sz="8" w:color="000000"/>
                    <w:left w:val="single" w:sz="8" w:color="000000"/>
                    <w:bottom w:val="single" w:sz="8" w:color="000000"/>
                    <w:right w:val="single" w:sz="8" w:color="000000"/>
                  </w:tcBorders>
                </w:tcPr>
                <w:p>
                  <w:pPr>
                    <w:spacing w:after="0" w:before="0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sz w:val="12"/>
                    </w:rPr>
                  </w:r>
                </w:p>
              </w:tc>
            </w:tr>
          </w:tbl>
          <w:p/>
          <w:p>
            <w:pPr>
              <w:spacing w:before="280" w:after="200"/>
              <w:jc w:val="center"/>
            </w:pPr>
            <w:r>
              <w:rPr>
                <w:rFonts w:ascii="Arial" w:hAnsi="Arial" w:eastAsia="Arial"/>
                <w:b/>
                <w:sz w:val="14"/>
              </w:rPr>
              <w:t>ROZLICZENIE ZA USŁUGI:</w:t>
            </w:r>
          </w:p>
          <w:p>
            <w:pPr>
              <w:spacing w:before="160" w:after="0"/>
              <w:jc w:val="center"/>
            </w:pPr>
            <w:r>
              <w:rPr>
                <w:rFonts w:ascii="Arial" w:hAnsi="Arial" w:eastAsia="Arial"/>
                <w:b w:val="0"/>
                <w:sz w:val="13"/>
              </w:rPr>
              <w:t>Zaliczka:__________________________________ zł</w:t>
            </w:r>
          </w:p>
          <w:p>
            <w:pPr>
              <w:spacing w:before="320" w:after="0"/>
              <w:jc w:val="center"/>
            </w:pPr>
            <w:r>
              <w:rPr>
                <w:rFonts w:ascii="Arial" w:hAnsi="Arial" w:eastAsia="Arial"/>
                <w:b w:val="0"/>
                <w:sz w:val="13"/>
              </w:rPr>
              <w:t>….................................................................................</w:t>
            </w:r>
          </w:p>
          <w:p>
            <w:pPr>
              <w:spacing w:before="40" w:after="0"/>
              <w:jc w:val="center"/>
            </w:pPr>
            <w:r>
              <w:rPr>
                <w:rFonts w:ascii="Arial" w:hAnsi="Arial" w:eastAsia="Arial"/>
                <w:b/>
                <w:sz w:val="13"/>
              </w:rPr>
              <w:t>POTWIERDZAM ZGODNOŚĆ DEKORU I WYMIARÓW</w:t>
            </w:r>
          </w:p>
        </w:tc>
      </w:tr>
    </w:tbl>
    <w:sectPr w:rsidR="00FC693F" w:rsidRPr="0006063C" w:rsidSect="00034616">
      <w:pgSz w:w="11906" w:h="16838"/>
      <w:pgMar w:top="312" w:right="312" w:bottom="312" w:left="312" w:header="113" w:footer="11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